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Job Application Letter for Teacher</w:t>
      </w:r>
    </w:p>
    <w:p>
      <w:r>
        <w:br/>
        <w:t xml:space="preserve">[Your Name]  </w:t>
        <w:br/>
        <w:t xml:space="preserve">[Your Address]  </w:t>
        <w:br/>
        <w:t xml:space="preserve">[City, State, ZIP Code]  </w:t>
        <w:br/>
        <w:t xml:space="preserve">[Email Address]  </w:t>
        <w:br/>
        <w:t xml:space="preserve">[Phone Number]  </w:t>
        <w:br/>
        <w:t xml:space="preserve">[Date]  </w:t>
        <w:br/>
        <w:br/>
        <w:t xml:space="preserve">[Principal’s Name]  </w:t>
        <w:br/>
        <w:t xml:space="preserve">[School Name]  </w:t>
        <w:br/>
        <w:t xml:space="preserve">[School Address]  </w:t>
        <w:br/>
        <w:t xml:space="preserve">[City, State, ZIP Code]  </w:t>
        <w:br/>
        <w:br/>
        <w:t xml:space="preserve">Dear [Principal’s Name],  </w:t>
        <w:br/>
        <w:br/>
        <w:t xml:space="preserve">I am writing to apply for the position of [Subject] Teacher at [School Name].  </w:t>
        <w:br/>
        <w:t xml:space="preserve">With a degree in [Your Degree] and [X years] of teaching experience, I have developed strong classroom management skills and a passion for engaging students in learning.  </w:t>
        <w:br/>
        <w:br/>
        <w:t xml:space="preserve">In my previous teaching role, I successfully [Teaching Achievement], which improved student performance and engagement.  </w:t>
        <w:br/>
        <w:t xml:space="preserve">I am confident that my teaching philosophy and dedication make me a strong fit for your institution.  </w:t>
        <w:br/>
        <w:br/>
        <w:t xml:space="preserve">I look forward to the opportunity to discuss how I can contribute to [School Name].  </w:t>
        <w:br/>
        <w:br/>
        <w:t xml:space="preserve">Sincerely,  </w:t>
        <w:br/>
        <w:t xml:space="preserve">[Your Full Name]  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