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Professional Job Application Letter</w:t>
      </w:r>
    </w:p>
    <w:p>
      <w:r>
        <w:br/>
        <w:t xml:space="preserve">[Your Name]  </w:t>
        <w:br/>
        <w:t xml:space="preserve">[Your Address]  </w:t>
        <w:br/>
        <w:t xml:space="preserve">[City, State, ZIP Code]  </w:t>
        <w:br/>
        <w:t xml:space="preserve">[Email Address]  </w:t>
        <w:br/>
        <w:t xml:space="preserve">[Phone Number]  </w:t>
        <w:br/>
        <w:t xml:space="preserve">[Date]  </w:t>
        <w:br/>
        <w:br/>
        <w:t xml:space="preserve">[Hiring Manager’s Name]  </w:t>
        <w:br/>
        <w:t xml:space="preserve">[Company Name]  </w:t>
        <w:br/>
        <w:t xml:space="preserve">[Company Address]  </w:t>
        <w:br/>
        <w:t xml:space="preserve">[City, State, ZIP Code]  </w:t>
        <w:br/>
        <w:br/>
        <w:t xml:space="preserve">Dear [Hiring Manager’s Name],  </w:t>
        <w:br/>
        <w:br/>
        <w:t xml:space="preserve">I am writing to express my interest in the [Job Title] position at [Company Name].  </w:t>
        <w:br/>
        <w:t xml:space="preserve">With over [X years] of experience in [Your Field], I have developed strong expertise in [Key Skills/Experience].  </w:t>
        <w:br/>
        <w:t xml:space="preserve">In my previous role at [Previous Company], I successfully [Key Achievement].  </w:t>
        <w:br/>
        <w:br/>
        <w:t xml:space="preserve">I am enthusiastic about bringing my knowledge and skills to your organization and contributing to [Company’s Goal].  </w:t>
        <w:br/>
        <w:t xml:space="preserve">I would appreciate the opportunity to discuss how my background can benefit your team.  </w:t>
        <w:br/>
        <w:br/>
        <w:t xml:space="preserve">Thank you for considering my application.  </w:t>
        <w:br/>
        <w:br/>
        <w:t xml:space="preserve">Sincerely,  </w:t>
        <w:br/>
        <w:t xml:space="preserve">[Your Full Name]  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