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Simple Job Application Letter</w:t>
      </w:r>
    </w:p>
    <w:p>
      <w:r>
        <w:br/>
        <w:t xml:space="preserve">[Your Name]  </w:t>
        <w:br/>
        <w:t xml:space="preserve">[Your Address]  </w:t>
        <w:br/>
        <w:t xml:space="preserve">[City, State, ZIP Code]  </w:t>
        <w:br/>
        <w:t xml:space="preserve">[Email Address]  </w:t>
        <w:br/>
        <w:t xml:space="preserve">[Phone Number]  </w:t>
        <w:br/>
        <w:t xml:space="preserve">[Date]  </w:t>
        <w:br/>
        <w:br/>
        <w:t xml:space="preserve">[Hiring Manager’s Name]  </w:t>
        <w:br/>
        <w:t xml:space="preserve">[Company Name]  </w:t>
        <w:br/>
        <w:t xml:space="preserve">[Company Address]  </w:t>
        <w:br/>
        <w:t xml:space="preserve">[City, State, ZIP Code]  </w:t>
        <w:br/>
        <w:br/>
        <w:t xml:space="preserve">Dear [Hiring Manager’s Name],  </w:t>
        <w:br/>
        <w:br/>
        <w:t xml:space="preserve">I am writing to apply for the position of [Job Title] as advertised on [Job Portal/Company Website].  </w:t>
        <w:br/>
        <w:t xml:space="preserve">With my background in [Your Field/Skills], I am confident in my ability to contribute to your team.  </w:t>
        <w:br/>
        <w:br/>
        <w:t xml:space="preserve">I would welcome the opportunity to discuss how my skills align with your company’s goals.  </w:t>
        <w:br/>
        <w:t xml:space="preserve">Thank you for your time and consideration.  </w:t>
        <w:br/>
        <w:br/>
        <w:t xml:space="preserve">Sincerely,  </w:t>
        <w:br/>
        <w:t xml:space="preserve">[Your Full Name]  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